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5E0D74" w14:textId="77777777" w:rsidR="00745CD7" w:rsidRDefault="00000000">
      <w:pPr>
        <w:jc w:val="center"/>
      </w:pPr>
      <w:r>
        <w:rPr>
          <w:rFonts w:ascii="Arial" w:hAnsi="Arial"/>
          <w:b/>
          <w:sz w:val="24"/>
        </w:rPr>
        <w:t>2. SINIF 1. KURUL</w:t>
      </w:r>
      <w:r>
        <w:rPr>
          <w:rFonts w:ascii="Arial" w:hAnsi="Arial"/>
          <w:b/>
          <w:sz w:val="24"/>
        </w:rPr>
        <w:br/>
        <w:t>FİZYOLOJİ DERSİ DEVAMSIZLIK LİSTESİ</w:t>
      </w:r>
    </w:p>
    <w:p w14:paraId="413719D8" w14:textId="77777777" w:rsidR="00745CD7" w:rsidRDefault="00745CD7"/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745CD7" w14:paraId="5CC41608" w14:textId="77777777">
        <w:trPr>
          <w:jc w:val="center"/>
        </w:trPr>
        <w:tc>
          <w:tcPr>
            <w:tcW w:w="2880" w:type="dxa"/>
            <w:shd w:val="clear" w:color="auto" w:fill="E9EFF5"/>
            <w:vAlign w:val="center"/>
          </w:tcPr>
          <w:p w14:paraId="79E75339" w14:textId="77777777" w:rsidR="00745CD7" w:rsidRDefault="00000000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Sıra No</w:t>
            </w:r>
          </w:p>
        </w:tc>
        <w:tc>
          <w:tcPr>
            <w:tcW w:w="2880" w:type="dxa"/>
            <w:shd w:val="clear" w:color="auto" w:fill="E9EFF5"/>
            <w:vAlign w:val="center"/>
          </w:tcPr>
          <w:p w14:paraId="3A70B728" w14:textId="77777777" w:rsidR="00745CD7" w:rsidRDefault="00000000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Öğrenci Numarası</w:t>
            </w:r>
          </w:p>
        </w:tc>
        <w:tc>
          <w:tcPr>
            <w:tcW w:w="2880" w:type="dxa"/>
            <w:shd w:val="clear" w:color="auto" w:fill="E9EFF5"/>
            <w:vAlign w:val="center"/>
          </w:tcPr>
          <w:p w14:paraId="112F4057" w14:textId="77777777" w:rsidR="00745CD7" w:rsidRDefault="00000000">
            <w:pPr>
              <w:jc w:val="center"/>
            </w:pPr>
            <w:r>
              <w:rPr>
                <w:rFonts w:ascii="Arial" w:hAnsi="Arial"/>
                <w:b/>
                <w:sz w:val="20"/>
              </w:rPr>
              <w:t>Adı Soyadı</w:t>
            </w:r>
          </w:p>
        </w:tc>
      </w:tr>
      <w:tr w:rsidR="00745CD7" w14:paraId="7B8185B7" w14:textId="77777777">
        <w:trPr>
          <w:jc w:val="center"/>
        </w:trPr>
        <w:tc>
          <w:tcPr>
            <w:tcW w:w="2880" w:type="dxa"/>
            <w:vAlign w:val="center"/>
          </w:tcPr>
          <w:p w14:paraId="698E153C" w14:textId="77777777" w:rsidR="00745CD7" w:rsidRDefault="00000000">
            <w:pPr>
              <w:jc w:val="center"/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2880" w:type="dxa"/>
            <w:vAlign w:val="center"/>
          </w:tcPr>
          <w:p w14:paraId="0AD180F5" w14:textId="77777777" w:rsidR="00745CD7" w:rsidRDefault="00000000">
            <w:pPr>
              <w:jc w:val="center"/>
            </w:pPr>
            <w:r>
              <w:rPr>
                <w:rFonts w:ascii="Arial" w:hAnsi="Arial"/>
                <w:sz w:val="20"/>
              </w:rPr>
              <w:t>250201050</w:t>
            </w:r>
          </w:p>
        </w:tc>
        <w:tc>
          <w:tcPr>
            <w:tcW w:w="2880" w:type="dxa"/>
            <w:vAlign w:val="center"/>
          </w:tcPr>
          <w:p w14:paraId="224CE889" w14:textId="77777777" w:rsidR="00745CD7" w:rsidRDefault="00000000">
            <w:pPr>
              <w:jc w:val="center"/>
            </w:pPr>
            <w:r>
              <w:rPr>
                <w:rFonts w:ascii="Arial" w:hAnsi="Arial"/>
                <w:sz w:val="20"/>
              </w:rPr>
              <w:t>Emre GÜNEŞ</w:t>
            </w:r>
          </w:p>
        </w:tc>
      </w:tr>
    </w:tbl>
    <w:p w14:paraId="32F3B54B" w14:textId="0F6EE4EF" w:rsidR="00745CD7" w:rsidRDefault="00745CD7">
      <w:pPr>
        <w:spacing w:before="240"/>
      </w:pPr>
    </w:p>
    <w:sectPr w:rsidR="00745CD7" w:rsidSect="00034616">
      <w:pgSz w:w="12240" w:h="15840"/>
      <w:pgMar w:top="1417" w:right="1800" w:bottom="1417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0165564">
    <w:abstractNumId w:val="8"/>
  </w:num>
  <w:num w:numId="2" w16cid:durableId="35467806">
    <w:abstractNumId w:val="6"/>
  </w:num>
  <w:num w:numId="3" w16cid:durableId="212621209">
    <w:abstractNumId w:val="5"/>
  </w:num>
  <w:num w:numId="4" w16cid:durableId="24214664">
    <w:abstractNumId w:val="4"/>
  </w:num>
  <w:num w:numId="5" w16cid:durableId="1853955237">
    <w:abstractNumId w:val="7"/>
  </w:num>
  <w:num w:numId="6" w16cid:durableId="1910578308">
    <w:abstractNumId w:val="3"/>
  </w:num>
  <w:num w:numId="7" w16cid:durableId="389574103">
    <w:abstractNumId w:val="2"/>
  </w:num>
  <w:num w:numId="8" w16cid:durableId="1804233942">
    <w:abstractNumId w:val="1"/>
  </w:num>
  <w:num w:numId="9" w16cid:durableId="32258599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E040A"/>
    <w:rsid w:val="00745CD7"/>
    <w:rsid w:val="0088742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4259D6"/>
  <w14:defaultImageDpi w14:val="300"/>
  <w15:docId w15:val="{B85CA085-A2D4-B149-9526-A9082A522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2026-10-19T14:54:00Z</dcterms:modified>
  <cp:category/>
</cp:coreProperties>
</file>